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פיזיקה של זהירות בדרכים - זמן תגובה ומרחק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מהירות, זמן תגובה ומרחק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כיצד הסחות דעת (כמו הודעות בטלפון) משפיעות על זמן התגובה ועל הבטיחות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והבנה של מרחק תגובה ומרחק 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הסחת דעת כמו הודעה בטלפון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זמן תגובה ארוך יותר מגדיל את מרחק התגובה, ולכן את מרחק העצירה הכולל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הסחת דעת מעכבת את הזיהוי של הסכנה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המדויקת של מרחק עצירה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זמן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(הזמן עד שהנהג מתחיל לבלום)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(מרחק מרגע לחיצה על הבלם ועד 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(סכום מרחק תגובה ומרחק בלימה)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(גורמת להארכת זמן התגובה)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הנהג רואה סכנה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חולף 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הנהג לוחץ על הבלם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הרכב עובר את מרחק הבלימה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יסביר שגם שנייה אחת של הסחת דעת מגדילה את זמן התגובה ולכן את מרחק העצירה, מה שעלול למנוע עצירה בזמן ולגרום לתאונה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תגובה - עד שהנהג מתחיל לבלום, מרחק בלימה - מרגע הבלימה ועד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מאריכה את זמן התגובה ומגדילה את 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העצירה גדל ככל שהמהירות 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לתרחיש חדר הבריחה - כל תשובה נכונה מהווה ספרה לקוד פתיחה, ולעודד עבודה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בעזרת דוגמה מספרית פשוטה את ההשפעה של הכפלת זמן התגובה על מרחק התגובה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בדיון קצר על הרגלי שימוש בטלפון בזמן נהיגה אצל מבוגרים בסביבת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פיזיקה של זהירות בדרכים - זמן תגובה ומרחק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מהעולם של זהירות בדרכים, במיוחד את הקשר בין מהירות הרכב, זמן התגובה של הנהג/ת ומרחק העצירה הכולל.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זמן תגובה  ·  הסחת  ·  בלימה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כאשר זמן התגובה גדל, מה קורה למרחק התגובה?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גורם לזמן התגובה של נהג לגדול?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נהיגה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הסחת דעת כמו הודעה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כביש ישר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זמן תגובה ארוך יותר גורם למרחק עצירה קצר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הודעה בטלפון בזמן נהיגה עלולה להאריך את זמן התגובה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מרחק עצירה הוא סכום של מרחק תגובה ומרחק בלימה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הזמן שלוקח לנהג לשים לב לסכנה ולהתחיל לבלום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המרחק שהרכב עובר מרגע לחיצה על הבלם ועד לעצירה נקרא מרחק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דבר שמסיט את תשומת הלב של הנהג, כמו הודעה בטלפון, נקרא __________ דעת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זמן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סכום מרחק תגובה ומרחק בלימה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גורמת להארכת זמן התגובה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מרחק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מרחק מרגע לחיצה על הבלם ועד עצירה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הסחת דעת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הזמן עד שהנהג מתחיל לבלום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לפי 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הנהג לוחץ על הבלם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הרכב עובר את מרחק הבלימה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הנהג רואה סכנה בדרך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חולף זמן התגובה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אסור לקרוא הודעה בטלפון בזמן נהיגה, גם אם זה לוקח רק שנייה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מרחק תגובה למרחק בלימה?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הסחת דעת מסוכנת לנהיגה 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פיזיקה של זהירות בדרכים - זמן תגובה ומרחק עצירה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