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פיזיקה של זהירות בדרכים - זמן תגובה ומרחק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מהירות, זמן תגובה ומרחק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כיצד הסחות דעת (כמו הודעות בטלפון) משפיעות על זמן התגובה ועל הבטיחות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והבנה של מרחק תגובה ומרחק 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הסחת דעת כמו הודעה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מרחק תגובה ועוד מרחק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מוכפל (כפול)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כדי לא להסיח את הדעת ולהגדיל סיכון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זמן תגובה ארוך יותר מגדיל את מרחק התגובה, ולכן את מרחק העצירה הכולל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הסחת דעת מעכבת את הזיהוי של הסכנה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המדויקת של מרחק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מהירות גבוהה יותר מגדילה משמעותית את מרחק הבלימה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תפקידם העיקרי של הרמזורים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זמן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קמ״ש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(הזמן עד שהנהג מתחיל לבלום)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(מרחק מרגע לחיצה על הבלם ועד 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(סכום מרחק תגובה ומרחק בלימה)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(גורמת להארכת זמן התגובה)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(מווסת תנועה בצמתים)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הנהג רואה סכנה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חולף זמן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הנהג לוחץ על הבלם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הרכב עובר את מרחק הבלימה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הרכב נעצר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יסביר שגם שנייה אחת של הסחת דעת מגדילה את זמן התגובה ולכן את מרחק העצירה, מה שעלול למנוע עצירה בזמן ולגרום לתאונה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לשמור מרחק מהרכב שלפניו, לא להשתמש בטלפון בזמן נהיגה, להאט במזג אוויר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תגובה - עד שהנהג מתחיל לבלום, מרחק בלימה - מרגע הבלימה ועד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מאריכה את זמן התגובה ומגדילה את 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העצירה גדל ככל שהמהירות 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לתרחיש חדר הבריחה - כל תשובה נכונה מהווה ספרה לקוד פתיחה, ולעודד עבודה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בעזרת דוגמה מספרית פשוטה את ההשפעה של הכפלת זמן התגובה על מרחק התגובה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בדיון קצר על הרגלי שימוש בטלפון בזמן נהיגה אצל מבוגרים בסביבת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פיזיקה של זהירות בדרכים - זמן תגובה ומרחק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מהעולם של זהירות בדרכים, במיוחד את הקשר בין מהירות הרכב, זמן התגובה של הנהג/ת ומרחק העצירה הכולל.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כאשר זמן התגובה גדל, מה קורה למרחק התגובה?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מתאפס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גורם לזמן התגובה של נהג לגדול?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נהיגה איטית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הסחת דעת כמו הודעה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מרחק העצירה הכולל מורכב מ: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מרחק תגובה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מרחק בלימה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מרחק תגובה ועוד מרחק 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מהירות הרכב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רכב נוסע 50 קמ״ש וזמן התגובה עולה משנייה ל-2 שניות. מה קורה למרחק התגובה?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מוכפל (כפול)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 בחצי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מתאפס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ככל שמהירות הרכב גבוהה יותר, מרחק העצירה: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 למהירות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חשוב לשים את הטלפון בצד בזמן נהיגה?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 לבזבז סוללה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שלא יצלצל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 להסיח את הדעת ולהגדיל סיכון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תגובה ארוך יותר גורם למרחק עצירה קצר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בטלפון בזמן נהיגה עלולה להאריך את זמן התגובה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עצירה הוא סכום של מרחק תגובה ומרחק בלימה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מהירות הרכב לא משפיעה על מרחק הבלימה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רמזורים נועדו לווסת את התנועה בצמתים ולמנוע תאונות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הזמן שלוקח לנהג לשים לב לסכנה ולהתחיל לבלום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המרחק שהרכב עובר מרגע לחיצה על הבלם ועד לעצירה נקרא מרחק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דבר שמסיט את תשומת הלב של הנהג, כמו הודעה בטלפון, נקרא __________ 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סך כל המרחק מרגע גילוי הסכנה ועד עצירה מלאה נקרא מרחק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מהירות הרכב נמדדת ביחידות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זמן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מווסת תנועה בצמתים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גורמת להארכת זמן התגובה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מרחק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מרחק מרגע לחיצה על הבלם ועד עצירה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הסחת דעת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הזמן עד שהנהג מתחיל לבלום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סכום מרחק תגובה ומרחק בלימה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לפי 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חולף זמן התגובה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 עובר את מרחק הבלימה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רואה סכנה בדרך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 נעצר לגמרי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לוחץ על הבלם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אסור לקרוא הודעה בטלפון בזמן נהיגה, גם אם זה לוקח רק שנייה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עצות לנהג חדש כדי לשמור על מרחק עצירה בטוח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מרחק תגובה למרחק בלימה?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הסחת דעת מסוכנת לנהיגה בטוחה?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למרחק העצירה כשהמהירות עולה?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פיזיקה של זהירות בדרכים - זמן תגובה ומרחק עצירה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